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 Christmas Celebration Menu - title adjust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